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והמרוץ נגד הזמן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של בנימין זאב הרצל כעיתונאי, חולם ומדינאי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התהליך שהוביל מרעיון למדינה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אבני דרך מרכזיות בפעילותו הציונית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חוזה המדינה היהודית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היה עיתונאי בווינה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פנה למנהיגים ולמדינות בדרכי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היו נציגים ממדינות 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חוזה המדינה היהודית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(תפקידו של הרצל לפני הפעילות הציונית)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(העיר שבה התקיים הקונגרס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(ספר שבו הרצל הציג את רעיונו)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(ספר דמיוני על חברה עתידית)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אבני הדרך בחיי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עובד כעיתונאי בווינה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כותב את הספר חוזה המדינה היהודית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מתקיים הקונגרס הציוני הראשון בבאזל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כותב את הספר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יכולים לציין את מצבו הבריאותי, את הרצון להספיק להגשים את החזון, ואת תחושת הדחיפות בעקבות המצב של היהודים באירופה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עיתונאי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חוזה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הרגיש שאין הרבה זמן להגשים את החזון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למשחק ציר הזמן ולמשחק הזיכרון באתר להעמקת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בשאלה מה הופך חלום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להתייחס לפריט skip_n כקשה יותר ולהתאים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והמרוץ נגד הזמן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בנימין זאב הרצל היה עיתונאי וינאי שהפך לחולם ולמדינאי, ופעל במרץ רב להקמת מדינה יהודית. הדף עוסק במסע שלו מרעיון לפעולה, במגבלת הזמן שהרגיש ובמורשתו.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באזל  ·  עיתונאי  ·  חוזה המדינה היהודית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תפקידו של הרצל לפני שהחל לעסוק בפעילות ציונית?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נקרא הספר המרכזי שכתב הרצל על רעיון המדינה?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חוזה המדינה היהודית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השילוח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היה חקלאי בארץ ישראל לפני שהפך לציוני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פעל להקמת מדינה יהודית בדרכים מדיניות ולא באלימות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הקונגרס הציוני הראשון כינס יהודים מכל העולם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עבד כ__________ לפני שהחל בפעילותו הציונית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הספר שבו הרצל תיאר את רעיון המדינה היהודית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עיתונאי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ספר דמיוני על חברה עתידית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ספר שבו הרצל הציג את רעיונו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חוזה המדינה היהודית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תפקידו של הרצל לפני הפעילות הציונית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אלטנוילנד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העיר שבה התקיים הקונגרס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אבני הדרך בחיי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מתקיים הקונגרס הציוני הראשון בבאזל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כותב את הספר אלטנוילנד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עובד כעיתונאי בווינה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כותב את הספר חוזה המדינה היהודית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לדעתכם הרצל הרגיש שהוא נמצא במרוץ נגד הזמן? כתבו כמה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תפקידו של הרצל לפני פעילותו הציונית?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הספר המרכזי שכתב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הרצל והמרוץ נגד הזמן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