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והמרוץ נגד הזמן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בנימין זאב הרצל כעיתונאי, חולם ומדינאי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התהליך שהוביל מרעיון למדינה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אבני דרך מרכזיות בפעילותו הציונית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חוזה המדינה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הרגיש שאין הרבה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היה עיתונאי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פנה למנהיגים ולמדינות בדרכי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היו נציגים ממדינות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הרצל נפטר לפני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פעל רבות גם מול מנהיגים ומדינאים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חוזה המדינה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(תפקידו של הרצל לפני הפעילות הציונית)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(העיר שבה התקיים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שבו הרצל הציג את רעיונו)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(ספר דמיוני על חברה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(כנס של ציונים מכל העולם)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אבני הדרך בחיי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עובד כעיתונאי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כותב את הספר חוזה המדינה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מתקיים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כותב את הספר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נפטר לפני הגשמת החלום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יכולים לציין את מצבו הבריאותי, את הרצון להספיק להגשים את החזון, ואת תחושת הדחיפות בעקבות המצב של היהודים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יכולים לציין נחישות, יכולת שכנוע, יצירתיות, אומץ לפעול למרות ספקות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עיתונאי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חוזה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הרגיש שאין הרבה זמן להגשים את החזון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ציר הזמן ולמשחק הזיכרון באתר להעמקת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בשאלה מה הופך חלום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להתייחס לפריט skip_n כקשה יותר ולהתאים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והמרוץ נגד הזמן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היה עיתונאי וינאי שהפך לחולם ולמדינאי, ופעל במרץ רב להקמת מדינה יהודית. הדף עוסק במסע שלו מרעיון לפעולה, במגבלת הזמן שהרגיש ובמורשתו.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תפקידו של הרצל לפני שהחל לעסוק בפעילות ציונית?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עיר התגורר הרצל רוב חייו?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הספר המרכזי שכתב הרצל על רעיון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חוזה המדינה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השילוח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היכן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הניע את הרצל לפעול בדחיפות רבה למען הרעיון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עשיר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הרגיש שאין הרבה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רצה להתפרסם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אהב לנסוע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תיאר הרצל בספרו הדמיוני על החברה העתידית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השילוח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הנאום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חקלאי בארץ ישראל לפני שהפך לציוני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פעל להקמת מדינה יהודית בדרכים מדיניות ולא באלימות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כינס יהודים מכל העולם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את המדינה היהודית מוקמת בימי 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רק ספרים ולא עסק בפעילות ציבורית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עבד כ__________ לפני שהחל בפעילותו הציונית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שבו הרצל תיאר את רעיון המדינה היהודית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הרצל הרגיש שהוא נמצא במרוץ נגד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בספרו הדמיוני __________ תיאר הרצל חברה עתידית בארץ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עיתונאי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שבו הרצל הציג את רעיונו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דמיוני על חברה 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חוזה המדינה היהודית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כנס של ציונים מכל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תפקידו של הרצל לפני הפעילות הציונית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קונגרס ציוני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העיר שבה התקיים הקונגרס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אבני הדרך בחיי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חוזה המדינה היהודית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לפני הגשמת החלום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עובד כעיתונאי בווינה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מתקיים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אלטנוילנד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הרצל הרגיש שהוא נמצא במרוץ נגד הזמן? כתבו כמה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תכונות אישיות עזרו להרצל להפוך מעיתונאי לחולם ולמדינאי?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תפקידו של הרצל לפני פעילותו הציונית?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הספר המרכזי שכתב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הרצל פעל במהירות ובדחיפות כה 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והמרוץ נגד הזמן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